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Tu je to, čo ľudia chcú v 3. sezóne 'The Pitt'</w:t>
      </w:r>
    </w:p>
    <w:p>
      <w:r>
        <w:t>Zdroj: MedPage Today</w:t>
      </w:r>
    </w:p>
    <w:p>
      <w:r>
        <w:t>Publikované: Thu, 26 Mar 2026 14:45:49 -0400</w:t>
      </w:r>
    </w:p>
    <w:p/>
    <w:p>
      <w:pPr>
        <w:pStyle w:val="Heading1"/>
      </w:pPr>
      <w:r>
        <w:t>Súhrn</w:t>
      </w:r>
    </w:p>
    <w:p>
      <w:r>
        <w:t>HBO Max oznámilo obnovenie lekárskeho seriálu The Pitt na tretiu sezónu ešte pred premiérou druhej sezóny, ktorá začala 8. alebo 9. januára 2026.[1][2][4] Druhá sezóna obsahuje 15 epizód, vydávaných týždenne do 17. apríla 2026.[1] Seriál sa zameriava na psychologické a morálne dopady lekárskych rozhodnutí v nemocnici s nedostatkom zdrojov a vyčerpaným personálom.[1][6] Prvá sezóna získala 13 nominácií na ceny Emmy a 5 hlavných ocenení, vrátane titulu Najlepší dramatický seriál.[1] Tretia sezóna bola oznámená 7. januára 2026 a plánuje sa jej ročné vydávanie v roku 2027.[4][5] V druhej sezóne sa objavuje nový lekár Dr. Al-Hashimi, ktorý zavádza AI na zníženie nákladov, a očakáva sa návrat postavy Dr. Jacka Abbota.[5]</w:t>
      </w:r>
    </w:p>
    <w:p/>
    <w:p>
      <w:pPr>
        <w:jc w:val="center"/>
      </w:pPr>
      <w:r>
        <w:t>Vygenerované: 26.03.2026 21:00:55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