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Populačná genomika Anopheles darlingi, hlavného juhoamerického vektora komára malárie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Štúdia analyzovala populačnú genomiku komára Anopheles darlingi, hlavného vektora malárie v Južnej Amerike, pomocou sekvenovania genómov z 258 jedincov pochádzajúcich z 23 lokalít v ôsmich krajinách. Výskumníci identifikovali vysokú genetickú diverzitu v populáciách z Amazónie, kde sa vyskytujú tri hlavné genetické klastre odpovedajúce geografickým regiónom: severný, stredný a južný. Populácie vykazujú znaky nedávnej expanzie, s efektívnou populačnou veľkosťou rastúcou z približne 10 000 na 100 000 jedincov za posledných 10 000 rokov. Detegovali sa lokálne adaptácie, vrátane génov spojených s rezistenciou na insekticídy ako pyretroidy v oblastiach s vysokým tlakom pesticídov. Štúdia odhalila génové toky medzi populáciami, s mierou migrácie odhadnutou na 1–5 jedincov na generáciu medzi susednými regiónami. Tieto zistenia poskytujú základ pre cielené stratégie kontroly vektora, ako je uvoľnenie geneticky modifikovaných komárov.</w:t>
      </w:r>
    </w:p>
    <w:p/>
    <w:p>
      <w:pPr>
        <w:jc w:val="center"/>
      </w:pPr>
      <w:r>
        <w:t>Vygenerované: 26.03.2026 21:02:09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