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Spolupráca nepríbuzných počas pôrodu podporuje sociálnu zložitosť vorvaňa</w:t>
      </w:r>
    </w:p>
    <w:p>
      <w:r>
        <w:t>Zdroj: Science Magazine</w:t>
      </w:r>
    </w:p>
    <w:p>
      <w:r>
        <w:t>Publikované: 2026-03-26T06:00:07Z</w:t>
      </w:r>
    </w:p>
    <w:p/>
    <w:p>
      <w:pPr>
        <w:pStyle w:val="Heading1"/>
      </w:pPr>
      <w:r>
        <w:t>Súhrn</w:t>
      </w:r>
    </w:p>
    <w:p>
      <w:r>
        <w:t>Štúdia v časopise Science dokumentuje pôrod vorvaňa sperma s kolektívnou podporou od nepríbuzných jedincov.[1][2] Vedci použili vysokorozlíšené zábery z dronu na kvantitatívne zachytenie tohto udalosti, ktorá odhaľuje podporné správanie presahujúce príbuzenské väzby.[2] Táto spolupráca nepríbuzných vorvaňov počas pôrodu podporuje sociálnu zložitosť ich spoločenstiev.[1] Výskum potvrdzuje, že vorvane sperma žijú v klanoch, kde sa stretávajú na pôrody a vykazujú babysitting správanie.[4] Nové zistenia ukazujú, že ich komunikácia je zložitejšia, ako sa predpokladalo, s vokálnymi vzormi podobnými dialektom.[3][4][6][7] Štúdia identifikuje v kódach vorvaňov spektrálne vzory pripomínajúce samohlasky a diftongy ľudského jazyka.[7] Tieto nálezy prispievajú k pochopeniu koordinácie a spolupráce vorvaňov sperma.[4]</w:t>
      </w:r>
    </w:p>
    <w:p/>
    <w:p>
      <w:pPr>
        <w:jc w:val="center"/>
      </w:pPr>
      <w:r>
        <w:t>Vygenerované: 26.03.2026 21:02:21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