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Skorý miocénny ľudoop z biogeografickej križovatky africkej a euroázijskej hominoidea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Vedci objavili skoromiocénneho opica na biogeografickej križovatke africkej a euroázijskej hominoidea.[Názov] Tento nález pochádza z lokality, ktorá sa nachádza na križovatke ciest migrácie hominoidov medzi Afrikou a Euráziou.[Obsah] Štúdia je publikovaná v časopise Science, zväzok 391, číslo 6792, strany 1383-1386, marec 2026.[Obsah] Objav poukazuje na skorý miocén, obdobie pred približne 20 miliónmi rokov, keď veľké opice začali divergovať od iných primátov.[3][5] Nález zahŕňa nový typ veľkorastého opica spolu s dvoma predtým známymi druhmi, čo zvyšuje počet stavovcov na lokalite na 25.[3] Lokalita Koru 16 v západnom Keni bola zachovaná popolom vyhynutej sopky Tinderet a obsahuje fosílie listov, pôd a kmeňov stromov.[3][5] Prostredie tvoril teplý, vlhký les s dažďami podobnými dnešným tropickým africkým lesom, narušený požiarmi, povodňami a erupciami.[3][5]</w:t>
      </w:r>
    </w:p>
    <w:p/>
    <w:p>
      <w:pPr>
        <w:jc w:val="center"/>
      </w:pPr>
      <w:r>
        <w:t>Vygenerované: 26.03.2026 21:02:46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