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Charakteristické znaky sekvencie DNA definujú epigenetickú dlhovekosť zápalovej pamäte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Výskumníci identifikovali charakteristické znaky DNA sekvencií, ktoré určujú dlhovekosť epigenetickej zápalovej pamäte v bunkách.[2] Štúdia na mladých myšiach s vyvolanou psoriázou sledovala epigenetické zmeny v epidermatálnych kmeňových bunkách počas dvoch rokov pomocou single-cell sekvenovania.[2] Väčšina pamäťových domén otvorených počiatočným zápalom sa zatvorila do šiestich mesiacov, zatiaľ čo približne 10-15 % zostalo otvorených dva roky.[2] Táto rozdielnosť odlišuje krátkodobé a dlhodobé pamäťové domény.[2] Pri porovnaní DNA sekvencií krátkodobých a dlhodobých domén boli počty a typy viažacích miest transkripčných faktorov podobné.[2] Hustota CpG dinukleotidov, ktoré hrajú kľúčovú úlohu v regulácii génov, slúži ako „časovač“ pamäti: domény s vysokou hustotou CpG trvajú najdlhšie, zatiaľ čo tie s nižšou hustotou sú krátkodobé.[2] Analýza všetkých 1 000 pamäťových domén ukázala, že hustota týchto nukleotidov sama osebe, bez iných vzorov DNA sekvencií, rozlišuje dĺžku trvania každej pamäti.[2]</w:t>
      </w:r>
    </w:p>
    <w:p/>
    <w:p>
      <w:pPr>
        <w:jc w:val="center"/>
      </w:pPr>
      <w:r>
        <w:t>Vygenerované: 26.03.2026 21:03:08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