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SWOT deteguje pri zemetrasení na Kamčatke v roku 2025 rozptýlené cunami spojené s takmer zákopovým zdrojom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Satelit SWOT zachytil rozptýlené tsunami vyvolané zemetrasením magnitúdy 8,8 pri pobreží Kamčatky 29. alebo 30. júla 2025 o 11:25 miestneho času[1][3][4]. Tento satelit, spolupráca NASA a CNES, zaznamenal vlnu približne 70 minút po otrase v otvorenom oceáne[1][2]. Dáta SWOT ukázali výšky vĺn presahujúce 0,45 metra v najtmavších červených oblastiach, s vyššími hladinami mora v oranžových a červených pásmach a nižšími v modrých[1]. Pozorovania odhalili komplexnú propagáciu, disperziu a rozptyl vĺn subductionálneho tsunami s vysokým rozlíšením[3]. Inverzia dát z DART bóji ukázala trhlinu dlhú približne 400 km s maximálnym zdvihom 4 m, odlišnú od seizmicko-geodetického modelu[3]. Kombinovaný zdrojový model najlepšie zodpovedá dátam SWOT, DART a rekonštrukciám zemetrasenia z roku 1952 na Kamčatke[3]. Tieto zistenia potvrdzujú hodnotu satelitnej altimetrie pre charakterizáciu zdroja tsunami a zlepšenie predpovedí[1][3].</w:t>
      </w:r>
    </w:p>
    <w:p/>
    <w:p>
      <w:pPr>
        <w:jc w:val="center"/>
      </w:pPr>
      <w:r>
        <w:t>Vygenerované: 26.03.2026 21:03:30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