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Experimentálny dôkaz kritického bodu kvapalina-kvapalina v podchladenej vode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Vedci poskytli experimentálny dôkaz o existencii kritického bodu kvapalina-kvapalina (LLCP) v podchladenenej vode.[1][2] Štúdia publikovaná v časopise Science (zväzok 391, č. 6792, str. 1387-1391, marec 2026) demonštruje prechod medzi vysokohustotnou kvapalinou (HDL) a nízko-hustotnou kvapalinou (LDL).[1][2] Podchladená voda môže zostať kvapalinou pod 0 °C, ale pod -50 °C rýchlo krystalizuje na ľad, čo sťažuje experimenty.[1][4] Výskumníci použili simulácie a experimenty, ktoré ukázali bariéru voľnej energie medzi HDL a LDL, miznúcu v kritickom bode.[1][7] Prechod sa odohral v oblasti vysokých teplôt v tzv. „no-man's land“ (tlaky a teploty, kde zvyčajne dochádza len ku krystalizácii), nad teplotami amorfného ľadu.[2] Štruktúra vody sa mení kontinuálne pri chladnutí na 1 bar až do 227 K, čo naznačuje jednofázové správanie bez LLT pri atmosférickom tlaku.[2] Výsledky potvrdzujú hypotézu o LLCP pri pozitívnych tlakoch nad 1 bar.[2]</w:t>
      </w:r>
    </w:p>
    <w:p/>
    <w:p>
      <w:pPr>
        <w:jc w:val="center"/>
      </w:pPr>
      <w:r>
        <w:t>Vygenerované: 26.03.2026 21:03:42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