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Organizácia extracelulárnej proteostázy na systémovej úrovni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v poskytnutých vyhľadávacích výsledkoch nenachádza. Vyhľadávané výsledky obsahujú články o proteostáze z rôznych zdrojov vrátane štúdií o proteostáze pri starnutí, rakovine prostaty a mechanizmoch odolnosti voči inhibítorom, ale konkrétny článok "Systems-level organization of extracellular proteostasis" z časopisu Science, zväzok 391, číslo 6792 z marca 2026 medzi nimi nie je. Aby som mohol vytvoriť presný a faktický súhrn podľa vašich požiadaviek, potreboval by som prístup k plnému textu tohto konkrétneho článku.</w:t>
      </w:r>
    </w:p>
    <w:p/>
    <w:p>
      <w:pPr>
        <w:jc w:val="center"/>
      </w:pPr>
      <w:r>
        <w:t>Vygenerované: 26.03.2026 21:04:43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