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Moja lekcia vo vyučovaní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Článok „My lesson in teaching“ od Ravirajsinha Jadeju bol uverejnený v časopise Science, zväzok 391, číslo 6792, strana 1394, 26. marca 2026[1]. Ide o krátky príspevok v sekcii obsahu aktuálneho vydania[1]. Žiadne ďalšie fakty, štatistiky alebo hlavné zistenia z obsahu článku nie sú v dostupných zdrojoch uvedené[1][2].</w:t>
      </w:r>
    </w:p>
    <w:p/>
    <w:p>
      <w:pPr>
        <w:jc w:val="center"/>
      </w:pPr>
      <w:r>
        <w:t>Vygenerované: 26.03.2026 21:04:52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