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iných časopisoch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Nemôžem vytvoriť súhrn tohto článku, pretože mi nie sú dostupné jeho plné texty. Vyhľadávacie výsledky obsahujú len informáciu o tom, že Science Magazine je dostupný online prostredníctvom Ústrednej knižnice SAV, ale neobsahujú obsah samotného článku "In Other Journals" zo zväzku 391, čísla 6792 z marca 2026. Aby som mohol vytvoriť presný a faktický súhrn podľa vašich požiadaviek, potreboval by som prístup k plnému textu článku. Odporúčam vám: - Navštíviť webovú stránku Ústrednej knižnice SAV a prihlásiť sa do licencovanej databázy Science Magazine - Vyhľadať konkrétny článok pomocou zväzku, čísla a strany - Poskytnúť mi text článku, ktorý potom môžem stručne a fakticky zhrnúť</w:t>
      </w:r>
    </w:p>
    <w:p/>
    <w:p>
      <w:pPr>
        <w:jc w:val="center"/>
      </w:pPr>
      <w:r>
        <w:t>Vygenerované: 26.03.2026 21:05:02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