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Zachytenie skrytého prechodu vody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Vedci zachytili štrukturálnu premenu v krátkodobom kvapalném stave superchladenenej vody pomocou rýchlych meraní.[1] Štúdia sa zameriava na skrytý prechod vody v superchladenom stave.[1] Výskum bol publikovaný v časopise Science, zväzok 391, číslo 6792, strany 1318-1319, marec 2026.[1] Experimenty odhalili prechod vody do stavu, kde koexistujú zamrznuté vrstvy H₂O a pomaly sa pohybujúce H₂O molekuly.[1][2] Tento premelting stav zahŕňa topenie nedokonale viazaných vodných molekúl vodíkovými väzbami pred úplným roztopením ľadu.[2] Pozorovania potvrdili dve zdanlivo protirečiace sa stavy vody v nanopóroch molekulárneho kryštáľa s priemerom približne 1,6 nm.[2] Merania NMR spektier preukázali hierarchickú trojvrstvovú štruktúru vody s odlišnými pohybmi a väzbami.[2] Voda v nanopóroch mrzne v inej štruktúre ako objemový ľad a najprv prechádza skreslenou vodíkovou sieťou.[2]</w:t>
      </w:r>
    </w:p>
    <w:p/>
    <w:p>
      <w:pPr>
        <w:jc w:val="center"/>
      </w:pPr>
      <w:r>
        <w:t>Vygenerované: 26.03.2026 21:05:13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