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 obranu spoločenských treníc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Žiadny stručný súhrn článku „In defense of social friction“ nie je možný, pretože poskytnuté vyhľadávacie výsledky neobsahujú jeho obsah ani hlavné zistenia[2]. Článok od Anat Perry bol publikovaný v Science, zväzok 391, číslo 6792, stránky 1316-1317, 26. marca 2026[2]. Dostupné zdroje uvádzajú iba názov a autora, bez ďalších faktov alebo štatistík z textu[1][2].</w:t>
      </w:r>
    </w:p>
    <w:p/>
    <w:p>
      <w:pPr>
        <w:jc w:val="center"/>
      </w:pPr>
      <w:r>
        <w:t>Vygenerované: 26.03.2026 21:05:30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