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Navrhnuté na zapamätanie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Epidermálne kmeňové bunky u myší ukladajú informácie. Tento mechanizmus súvisí s pamäťou. Článok je perspektívou od Guillaume Blota a Przemyslawa Sapiehu. Objavil sa v časopise Science, zväzok 391, číslo 6792, strany 1322-1323. Vydanie je z 26. marca 2026. Súvisí s výskumom, kde bunky uchovávajú údaje pre budúce využitie.[1]</w:t>
      </w:r>
    </w:p>
    <w:p/>
    <w:p>
      <w:pPr>
        <w:jc w:val="center"/>
      </w:pPr>
      <w:r>
        <w:t>Vygenerované: 26.03.2026 21:05:40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