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Prechod z uhlia na plyn zaťažuje kapitál v Číne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Článok popisuje prechod z uhlia na plyn v Číne, ktorý zaťažuje rovnosť v prístupe k energii. Autori Bing Zhang, Jingyan Han, Yong Zhao a Jianbo Liu analyzujú dopady tejto zmeny na kapitál a spravodlivosť. Štúdia je publikovaná v časopise Science, zväzok 391, číslo 6792, strany 1330-1331, v marci 2026. Prechod spôsobuje napätie v rovnosti, pretože ovplyvňuje rôzne skupiny obyvateľstva nerovnomerne. Článok zdôrazňuje ekonomické zaťaženie spojené s touto transformáciou energetického sektora.[1][3][4]</w:t>
      </w:r>
    </w:p>
    <w:p/>
    <w:p>
      <w:pPr>
        <w:jc w:val="center"/>
      </w:pPr>
      <w:r>
        <w:t>Vygenerované: 26.03.2026 21:06:10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