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Neandertálci žili na ostrí noža 350 000 rokov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Neandertálci prežili naprieč väčšinou Eurasie približne 400 000 rokov, dlhšie ako moderní ľudia na Zemi.[1] Žili v malých, rozptýlených skupinách s výrazným kríženkárstvom, čo viedlo k akumulácii škodlivých mutácií.[1] Okolo 75 000 rokov pred súčasnosťou zažili takmer vyhynutie počas ľadovej doby, keď sa archeologické náleziská a kostrové pozostatky sústredili v juhozápadnej Európe, najmä vo Francúzsku.[1][4] Po ústupe ľadu okolo 65 000 rokov pred súčasnosťou preživší neandertálci z juhozápadnej Francúzska sa rozšírili po Európe.[1][4] Genetická diverzita v mitochondriálnej DNA sa stratila a prežila len jedna línia.[1] Neskorší neandertálci (60 000 – 40 000 rokov pred súčasnosťou) pochádzali z tejto jedinej línie a zažili prudký pokles populácie okolo 45 000 rokov pred súčasnosťou, s minimom okolo 42 000 rokov pred súčasnosťou.[4]</w:t>
      </w:r>
    </w:p>
    <w:p/>
    <w:p>
      <w:pPr>
        <w:jc w:val="center"/>
      </w:pPr>
      <w:r>
        <w:t>Vygenerované: 26.03.2026 21:06:52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