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„Hormón rannej nevoľnosti“ môže pomôcť znížiť príjem alkoholu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Výskumníci navrhujú, že hormón GDF15, spojený s ranou nevoľnosťou v tehotenstve, môže obmedzovať príjem alkoholu u ľudí.[1] Štúdia zahŕňala pozorovanie ľudí na okoberfeste v Nemecku, experimenty na myšiach, genetické analýzy a krvné testy od opitých študentov medicíny a ľudí s alkoholovou závislosťou.[1] Ľudia s alkoholovou závislosťou mali v priemere približne päťnásobne vyššie hladiny GDF15 v porovnaní s dospelými bez tohto stavu.[1] Analýza dát z UK Biobank ukázala, že ľudia s mutáciou deaktivujúcou receptor GFRAL, ktorý viaže GDF15, konzumujú o 2,6 britských jednotiek alkoholu týždenne viac, čo zodpovedá veľkému poháru vína, oproti nositeľom bez mutácie.[1] Výsledky naznačujú, že GDF15 stúpa v reakcii na chronické pitie a u zdravých ľudí obmedzuje konzumáciu alkoholu.[1] Štúdia je predbežná, založená prevažne na asociáciách, a nedokazuje príčinnú súvislosť.[1] Genetické zistenia považuje expertka Marlena Fejzo za obzvlášť nové.[1]</w:t>
      </w:r>
    </w:p>
    <w:p/>
    <w:p>
      <w:pPr>
        <w:jc w:val="center"/>
      </w:pPr>
      <w:r>
        <w:t>Vygenerované: 26.03.2026 21:07:03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