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Najstarší pes na svete identifikovaný na starovekom mieste lovcov a zberačov</w:t>
      </w:r>
    </w:p>
    <w:p>
      <w:r>
        <w:t>Zdroj: Science Magazine</w:t>
      </w:r>
    </w:p>
    <w:p>
      <w:r>
        <w:t>Publikované: 2026-03-26T06:00:07Z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"World's oldest dog identified at ancient hunter-gatherer site" zo Science, zväzok 391, číslo 6792, marec 2026. Výsledky vyhľadávania obsahujú informácie o inom tematickom okruhu – o najstaršom známom psovi v histórii živých zvierat (portugalský pes Bobi) a o paleontologických nálezoch starovekých psov z Sibíri a Belgicka starej 33 000 až 36 000 rokov. Tieto články však nie sú identické s článkom, ktorý ste uviedli. Aby som mohol vytvoriť presný a faktický súhrn požadovaného článku, potrebujem prístup k jeho úplnému textu.</w:t>
      </w:r>
    </w:p>
    <w:p/>
    <w:p>
      <w:pPr>
        <w:jc w:val="center"/>
      </w:pPr>
      <w:r>
        <w:t>Vygenerované: 26.03.2026 21:07:34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