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Mpembov efekt je kvantový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Vedci preukázali kvantovú verziu Mpembovho efektu v systéme kvantových bitov. Mpembov efekt spočíva v tom, že teplá voda niekedy zamrzne rýchlejšie ako studená. V kvantovom experimente sa tento jav pozoroval pri relaxácii kvantových stavov. Použili sa supravodivé kvantové obvody pri teplote blízkej absolútnemu nulu. Hlavné zistenie: Počiatočne „horúcejší“ kvantový stav dosiahol rovnovážu rýchlejšie ako „studenší“. Experiment ukázal, že efekt závisí od počiatočnej hustoty stavov v Hilbertovom priestore. Výsledky sú publikované v Science, zväzok 391, číslo 6792, strany 1310-1311, marec 2026. Tento objav potvrdzuje univerzálnosť Mpembovho efektu aj v kvantovej fyzike.</w:t>
      </w:r>
    </w:p>
    <w:p/>
    <w:p>
      <w:pPr>
        <w:jc w:val="center"/>
      </w:pPr>
      <w:r>
        <w:t>Vygenerované: 26.03.2026 21:07:45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