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Vedci môžu zachrániť kontrolu nad jadrovými zbraňami</w:t>
      </w:r>
    </w:p>
    <w:p>
      <w:r>
        <w:t>Zdroj: Science Magazine</w:t>
      </w:r>
    </w:p>
    <w:p>
      <w:r>
        <w:t>Publikované: 2026-03-26T06:00:07Z</w:t>
      </w:r>
    </w:p>
    <w:p/>
    <w:p>
      <w:pPr>
        <w:pStyle w:val="Heading1"/>
      </w:pPr>
      <w:r>
        <w:t>Súhrn</w:t>
      </w:r>
    </w:p>
    <w:p>
      <w:r>
        <w:t>Článok publikovaný v časopise Science (zväzok 391, číslo 6792, strana 1301) sa venuje úlohe vedcov v záchrane kontroly nad jadrovými zbraňami. V februári 2026 vypršal New Strategic Arms Reduction Treaty (New START), posledná dohoda o kontrole jadrových zbraní medzi USA a Ruskom. Táto zmluva bola poslednou z radu dohôd, ktoré obmedzovali jadrové arzenály týchto dvoch najmocnejších jadrových štátov. USA a Rusko disponujú približne 3700 a 4309 aktívnymi jadrovými hlavicami, čo predstavuje okolo 90 percent svetového jadrového arzenálu. Vypršanie New START znamená, že tieto štáty nemajú po prvýkrát za desaťročia žiadne limity na svoje zásoby. Článok zdôrazňuje, že vedci môžu prispieť k obnoveniu alebo vytvoreniu nových mechanizmov kontroly jadrových zbraní. Kontext zahŕňa aj napätie okolo expanzie jadrových síl Číny a obavy z testovania zbraní.</w:t>
      </w:r>
    </w:p>
    <w:p/>
    <w:p>
      <w:pPr>
        <w:jc w:val="center"/>
      </w:pPr>
      <w:r>
        <w:t>Vygenerované: 26.03.2026 21:08:13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