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Globálny systém pozorovania metánu na sledovanie klimatických spätných väzieb pre overiteľný vplyv na klímu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Globálny systém pozorovania metánu je navrhnutý na sledovanie klimatických spätných väzieb pre overiteľný vplyv na klímu. Článok bol publikovaný v časopise Science, zväzok 391, číslo 6792, strany 1324-1327, v marci 2026. Systém umožňuje presné meranie emisií metánu z rôznych zdrojov. Sleduje spätné väzby, ako napríklad uvoľňovanie metánu z mokradí a permafrostu v dôsledku otepľovania. Poskytuje údaje na overenie globálnych záväzkov na zníženie emisií metánu. Tieto pozorovania pomáhajú kvantifikovať vplyv metánu na globálne otepľovanie. Systém integruje satelitné a pozemné merania pre komplexné globálne pokrytie. Hlavné zistenie je potreba takéhoto systému na spoľahlivé sledovanie klimatických zmien.</w:t>
      </w:r>
    </w:p>
    <w:p/>
    <w:p>
      <w:pPr>
        <w:jc w:val="center"/>
      </w:pPr>
      <w:r>
        <w:t>Vygenerované: 26.03.2026 21:08:24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