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Pediater, ktorý vymenil drogy za sex, dostane 20 rokov väzenia</w:t>
      </w:r>
    </w:p>
    <w:p>
      <w:r>
        <w:t>Zdroj: MedPage Today</w:t>
      </w:r>
    </w:p>
    <w:p>
      <w:r>
        <w:t>Publikované: Thu, 26 Mar 2026 16:27:31 -0400</w:t>
      </w:r>
    </w:p>
    <w:p/>
    <w:p>
      <w:pPr>
        <w:pStyle w:val="Heading1"/>
      </w:pPr>
      <w:r>
        <w:t>Súhrn</w:t>
      </w:r>
    </w:p>
    <w:p>
      <w:r>
        <w:t>Bývalý pediater St. Louis Craig Spiegel vo veku 70 rokov bol odsúdený na 20 rokov väzenia za predpisovanie bolestivých liekov a ďalších kontrolovaných látok výmenou za sexuálne akty, nahé fotografie alebo peniaze[1]. Od roku 2014 do mája 2023 zneužíval svoju pozíciu voči najmenej 19 pacientom, mnohých z nich začal liečiť už v detstve[1]. Namiesto toho, aby pacientov s poruchami užívania látok poslal na liečbu, zneužíval ich chorobu a predpisoval im nebezpečné kombinácie návykových liekov[1]. Jeho činnosti prispeli k smrti aspoň jednej pacientky, ktorá zomrela na predávkovanie v roku 2022[2]. Spiegel tiež klamal na súde, keď obviňoval polícajtov z nelegálneho prehliadnutia jeho mobilného telefónu[1]. Programy Medicare a Medicaid utrpeli straty v celkovej výške 114 480 dolárov v dôsledku jeho nelegálnych praktík[3].</w:t>
      </w:r>
    </w:p>
    <w:p/>
    <w:p>
      <w:pPr>
        <w:jc w:val="center"/>
      </w:pPr>
      <w:r>
        <w:t>Vygenerované: 26.03.2026 23:00:34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