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Utah je nový hotspot v USA pre osýpky</w:t>
      </w:r>
    </w:p>
    <w:p>
      <w:r>
        <w:t>Zdroj: MedPage Today</w:t>
      </w:r>
    </w:p>
    <w:p>
      <w:r>
        <w:t>Publikované: Thu, 26 Mar 2026 16:11:37 -0400</w:t>
      </w:r>
    </w:p>
    <w:p/>
    <w:p>
      <w:pPr>
        <w:pStyle w:val="Heading1"/>
      </w:pPr>
      <w:r>
        <w:t>Súhrn</w:t>
      </w:r>
    </w:p>
    <w:p>
      <w:r>
        <w:t>Utah sa stal novým epicentrom osýpok v USA, kde epidémia pretrváva od minulého leta a rozšírila sa cez hranice s Arizonou.[1][3] Podľa údajov z 24. marca 2026 má Utah 486 potvrdených prípadov osýpok u obyvateľov od roku 2025.[1][5] Za posledné tri týždne bolo hlásených 107 prípadov.[1] Približne polovica prípadov v Utahu sa vyskytla v okrese Southwest Utah Health District s viacerými nezaočkovanými komunitami.[3] V školskom roku 2024/2025 malo asi 10 % detí v škôlkach v Utahu výnimku z vakcíny MMR alebo chýbajúcu dokumentáciu o očkovaní.[1] Aktuálne tvoria prelomové prípady (u očkovaných) približne 10,1 % potvrdených prípadov, čo zodpovedá národným trendom.[1] Vírus osýpok bol detegovaný v odpadových vodách v oblastiach Salt Lake, Weber a Morgan counties a Southwest Utah Health District.[7]</w:t>
      </w:r>
    </w:p>
    <w:p/>
    <w:p>
      <w:pPr>
        <w:jc w:val="center"/>
      </w:pPr>
      <w:r>
        <w:t>Vygenerované: 26.03.2026 23:00:44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