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Tuberkulózny absces ľavej gluteálnej oblasti a ilickej jamky po transvaginálnom ultrazvukom riadenom získavaní oocytov: kazuistika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Kazuistika popisuje prípad 31-ročnej ženy, u ktorej sa po transvaginálnom ultrazvukom riadenom získavaní oocytov vyvinula bolesť v ľavej gluteálnej oblasti a dolnej časti brucha. Pacientka prekonala stratu tehotenstva, ale nemala systémové príznaky tuberkulózy. Pôvodne bola nesprávne diagnostikovaná s herniou bedrovej platničky. Následne podstúpila chirurgický debridement abscesov v gluteálnej oblasti a ilickej jamke. Histopatologické vyšetrenie potvrdilo infekciu Mycobacterium tuberculosis. Po operácii bola pacientke podávaná antituberkulózna liečba a počas sledovania sa neobjavila recidíva. Prípad zdôrazňuje potrebu zvážiť tuberkulózu v diferenciálnej diagnostike pri nešpecifických symptómoch po invazívnych procedúrach.</w:t>
      </w:r>
    </w:p>
    <w:p/>
    <w:p>
      <w:pPr>
        <w:jc w:val="center"/>
      </w:pPr>
      <w:r>
        <w:t>Vygenerované: 27.03.2026 07:00:37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