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Chlamydia psittaci pneumónia bez kašľa: zotavenie, kazuistika a prehľad literatúry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Článok opisuje prípad pneumónie spôsobenej baktériou Chlamydia psittaci u 34-ročného pacienta s horúčkou a myalgiou, ale bez kašľa. Pacient sa nakazil po kontakte s hydinou. Počítačová tomografia odhalila léziu v ľavej dolnej časti pľúc, ale kultivácia spúta bola negatívna. Pôvodná antibiotická liečba nebola účinná. Diagnóza Chlamydia psittaci bola potvrdená sekvenovaním novej generácie (NGS) z bronchoalveolárnej laváže. Po zmene antibiotickej liečby a zavedení intenzívnej pľúcnej rehabilitácie sa pacient úplne uzdravil. Článok zdôrazňuje dôležitosť určenia etiologických faktorov a lokalizácie lézie pri diagnostike pneumónie. Aktívna pľúcna rehabilitácia môže urýchliť zotavenie pacienta.</w:t>
      </w:r>
    </w:p>
    <w:p/>
    <w:p>
      <w:pPr>
        <w:jc w:val="center"/>
      </w:pPr>
      <w:r>
        <w:t>Vygenerované: 27.03.2026 07:00:53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