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Čínska kapilárna malformácia-arteriovenózna malformácia: klinická a genetická analýza ôsmich prípadov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Článok analyzoval klinické a genetické charakteristiky ôsmich čínskych rodín s kapilárnou malformáciou-arteriovenóznou malformáciou (CM-AVM). Výskumníci identifikovali mutácie v génoch EPHB4 a RASA1 u týchto pacientov. Celkovo bolo identifikovaných päť variantov génu EPHB4 a dve mutácie RASA1. Päť z týchto variantov bolo nových. Klinické prejavy CM-AVM zahŕňali multifokálne kapilárne malformácie a arteriovenózne malformácie alebo fistuly. Štúdia rozširuje známe spektrum mutácií spojených s CM-AVM.</w:t>
      </w:r>
    </w:p>
    <w:p/>
    <w:p>
      <w:pPr>
        <w:jc w:val="center"/>
      </w:pPr>
      <w:r>
        <w:t>Vygenerované: 27.03.2026 07:01:03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