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Postupná liečba infikovaných diabetických vredov na nohách: kohortová štúdia s 300 pacientmi o prognostickom gradingu, dynamike patogénov a individualizovanej predikcii rizika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Táto štúdia skúmala liečbu infikovaných diabetických vredov na nohách u 300 pacientov v rokoch 2020-2024. Závažnosť infekcie bola klasifikovaná podľa stupnice IWGDF/IDSA. Vyššie stupne infekcie korelovali s horšou kontrolou glykémie, vyššou prevalenciou ochorenia periférnych artérií a zmenami v mikrobiálnom zložení. Doba hojenia sa predlžovala a miera amputácií sa zvyšovala s rastúcou závažnosťou infekcie. Bol vytvorený nomogram na predikciu rizika nezhojenia, ktorý zohľadňoval stupeň infekcie, prítomnosť ochorenia periférnych artérií, hodnotu HbA1c a stav revaskularizácie. Nomogram preukázal dobrú presnosť a kalibráciu pri predikcii rizika. Štúdia potvrdila, že klasifikácia IWGDF/IDSA efektívne stratifikuje pacientov a nomogram môže pomôcť pri individualizovanej predikcii rizika.</w:t>
      </w:r>
    </w:p>
    <w:p/>
    <w:p>
      <w:pPr>
        <w:jc w:val="center"/>
      </w:pPr>
      <w:r>
        <w:t>Vygenerované: 27.03.2026 07:01:20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