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a validácia nomogramov strojového učenia na predpovedanie úmrtnosti po operácii srdcovej chlopne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Štúdia vyvinula a validovala modely strojového učenia (ML) na predikciu úmrtnosti po operácii srdcovej chlopne. Výskumníci analyzovali dáta od 935 pacientov a porovnali výkonnosť ML modelov s konvenčným skórovacím systémom EuroSCORE II. Modely strojového učenia, najmä Extra Trees a logistická regresia, preukázali lepšiu presnosť pri predpovedi úmrtnosti v nemocnici a 30 dní po operácii v porovnaní s EuroSCORE II. Pre 365-dňovú úmrtnosť bola prediktívna výkonnosť modelov porovnateľná. Medzi kľúčové prediktory patrili vek a biomarkery funkcie srdca, obličiek a pečene. Na základe najlepších modelov boli vytvorené nomogramy, ktoré slúžia ako praktické nástroje na odhad individuálneho rizika po operácii chlopne. Štúdia naznačuje, že ML modely môžu zlepšiť stratifikáciu rizika a pomôcť pri rozhodovaní v klinickej praxi.</w:t>
      </w:r>
    </w:p>
    <w:p/>
    <w:p>
      <w:pPr>
        <w:jc w:val="center"/>
      </w:pPr>
      <w:r>
        <w:t>Vygenerované: 27.03.2026 07:46:02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