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Hodnotenie krátkodobej a dlhodobej účinnosti vysokointenzívnej zameranej ultrazvukovej ablácie a embolizácie maternicových artérií pri liečbe tehotenstva po cisárskom reze (CSP) I a II: retrospektívna kohortová štúdia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Retrospektívna štúdia porovnávala účinnosť HIFU a UAE, obe nasledované kyretážou, pri liečbe tehotenstva v jazve po cisárskom reze (CSP) typu I a II. Štúdia zahŕňala 84 pacientok liečených v univerzitnej nemocnici v rokoch 2021-2024. Pacientky liečené HIFU mali kratšiu hospitalizáciu a menej často hlásili znížený menštruačný tok v porovnaní s pacientkami liečenými UAE. Čas do intrauterinnej gravidity bol kratší v skupine HIFU. Nebol zistený štatisticky významný rozdiel v miere intrauterinnej gravidity medzi skupinami. Neboli zistené žiadne významné rozdiely v peroperačnej strate krvi, operačnom čase, β-hCG normalizačnom čase alebo menštruačnom zotavení. Štúdia naznačuje, že HIFU môže byť pri liečbe CSP efektívnejšia v niektorých aspektoch, ale je potrebný ďalší výskum.</w:t>
      </w:r>
    </w:p>
    <w:p/>
    <w:p>
      <w:pPr>
        <w:jc w:val="center"/>
      </w:pPr>
      <w:r>
        <w:t>Vygenerované: 27.03.2026 07:46:11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