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Časovo obmedzené stravovanie na riadenie telesnej hmotnosti u žien so syndrómom polycystických ovárií: randomizovaná kontrolovaná štúdia</w:t>
      </w:r>
    </w:p>
    <w:p>
      <w:r>
        <w:t>Zdroj: Nature Medicine</w:t>
      </w:r>
    </w:p>
    <w:p>
      <w:r>
        <w:t>Publikované: 2026-03-27</w:t>
      </w:r>
    </w:p>
    <w:p/>
    <w:p>
      <w:pPr>
        <w:pStyle w:val="Heading1"/>
      </w:pPr>
      <w:r>
        <w:t>Súhrn</w:t>
      </w:r>
    </w:p>
    <w:p>
      <w:r>
        <w:t>Randomizovaná kontrolovaná štúdia publikovaná v Nature Medicine v roku 2026 skúmala vplyv časovo obmedzeného stravovania (TRE) na ženy so syndrómom polycystických ovárií (PCOS). Výsledky ukázali, že TRE viedlo k významnému úbytku hmotnosti u žien s PCOS. Podobný efekt bol pozorovaný pri dennom obmedzení kalórií. V porovnaní s kontrolnou skupinou, TRE sa ukázalo ako účinná stratégia na reguláciu hmotnosti. Štúdia naznačuje, že TRE je bezpečná alternatíva k obmedzeniu kalórií pre ženy s PCOS.</w:t>
      </w:r>
    </w:p>
    <w:p/>
    <w:p>
      <w:pPr>
        <w:jc w:val="center"/>
      </w:pPr>
      <w:r>
        <w:t>Vygenerované: 27.03.2026 12:00:29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