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Ľudské lieky Európska verejná hodnotiaca správa (EPAR): Imdylltra, tarlatamab, Stav: Stanovisko</w:t>
      </w:r>
    </w:p>
    <w:p>
      <w:r>
        <w:t>Zdroj: EMA New Medicines</w:t>
      </w:r>
    </w:p>
    <w:p>
      <w:r>
        <w:t>Publikované: Fri, 27 Mar 2026 12:42:00 +0100</w:t>
      </w:r>
    </w:p>
    <w:p/>
    <w:p>
      <w:pPr>
        <w:pStyle w:val="Heading1"/>
      </w:pPr>
      <w:r>
        <w:t>Súhrn</w:t>
      </w:r>
    </w:p>
    <w:p>
      <w:r>
        <w:t>Európska agentúra pre lieky (EMA) vydala verejnú hodnotiacu správu (EPAR) pre liek Imdylltra, ktorého účinnou látkou je tarlatamab. Táto správa sumarizuje vedecké hodnotenie lieku, ktoré agentúra vykonala. Dokument má status "Stanovisko", čo naznačuje, že ide o finálnu verziu hodnotenia. EPAR poskytuje informácie o prínosoch a rizikách lieku Imdylltra, ako aj o jeho schválenom použití. Správa je určená pre verejnosť a zdravotníckych pracovníkov. Cieľom EPAR je zabezpečiť transparentnosť procesu hodnotenia liekov v Európskej únii.</w:t>
      </w:r>
    </w:p>
    <w:p/>
    <w:p>
      <w:pPr>
        <w:jc w:val="center"/>
      </w:pPr>
      <w:r>
        <w:t>Vygenerované: 27.03.2026 13:01:03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