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Ľudské lieky Európska verejná hodnotiaca správa (EPAR): Adstiladrin, nadofaragene firadenovec, Stav: Stanovisko</w:t>
      </w:r>
    </w:p>
    <w:p>
      <w:r>
        <w:t>Zdroj: EMA New Medicines</w:t>
      </w:r>
    </w:p>
    <w:p>
      <w:r>
        <w:t>Publikované: Fri, 27 Mar 2026 12:42:00 +0100</w:t>
      </w:r>
    </w:p>
    <w:p/>
    <w:p>
      <w:pPr>
        <w:pStyle w:val="Heading1"/>
      </w:pPr>
      <w:r>
        <w:t>Súhrn</w:t>
      </w:r>
    </w:p>
    <w:p>
      <w:r>
        <w:t>Adstiladrin, ktorého účinnou látkou je nadofaragene firadenovec, je liek určený pre ľudí. Európska verejná hodnotiaca správa (EPAR) pre tento liek existuje. Aktuálny stav EPAR je "Stanovisko". To znamená, že prebieha proces hodnotenia lieku. Dokument EPAR poskytuje verejnosti informácie o hodnotení lieku Európskou liekovou agentúrou (EMA). EPAR sumarizuje údaje a dôkazy, ktoré EMA použila na podporu svojich odporúčaní týkajúcich sa použitia lieku.</w:t>
      </w:r>
    </w:p>
    <w:p/>
    <w:p>
      <w:pPr>
        <w:jc w:val="center"/>
      </w:pPr>
      <w:r>
        <w:t>Vygenerované: 27.03.2026 13:01:10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