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Joenja, leniolisib, Stav: Stanovisko</w:t>
      </w:r>
    </w:p>
    <w:p>
      <w:r>
        <w:t>Zdroj: EMA New Medicines</w:t>
      </w:r>
    </w:p>
    <w:p>
      <w:r>
        <w:t>Publikované: Fri, 27 Mar 2026 12:00:00 +0100</w:t>
      </w:r>
    </w:p>
    <w:p/>
    <w:p>
      <w:pPr>
        <w:pStyle w:val="Heading1"/>
      </w:pPr>
      <w:r>
        <w:t>Súhrn</w:t>
      </w:r>
    </w:p>
    <w:p>
      <w:r>
        <w:t>Joenja (leniolisib) je liek, ktorého Európska verejná hodnotiaca správa (EPAR) je v stave "Stanovisko". EPAR je dokument, ktorý poskytuje verejné informácie o hodnotení lieku Európskou liekovou agentúrou (EMA). Stav "Stanovisko" naznačuje, že EMA vydala stanovisko k lieku Joenja (leniolisib). Ďalšie informácie o tomto stanovisku a celom procese hodnotenia sú dostupné v samotnej EPAR správe. Táto správa je určená pre verejnosť a zdravotníckych pracovníkov, ktorí hľadajú podrobné informácie o lieku. Cieľom EPAR je zabezpečiť transparentnosť procesu schvaľovania liekov v Európskej únii.</w:t>
      </w:r>
    </w:p>
    <w:p/>
    <w:p>
      <w:pPr>
        <w:jc w:val="center"/>
      </w:pPr>
      <w:r>
        <w:t>Vygenerované: 27.03.2026 13:01:29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