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Novartis získa Excellery za 2 miliardy dolárov vopred</w:t>
      </w:r>
    </w:p>
    <w:p>
      <w:r>
        <w:t>Zdroj: Pharmaceutical Technology</w:t>
      </w:r>
    </w:p>
    <w:p>
      <w:r>
        <w:t>Publikované: Fri, 27 Mar 2026 11:28:52 +0000</w:t>
      </w:r>
    </w:p>
    <w:p/>
    <w:p>
      <w:pPr>
        <w:pStyle w:val="Heading1"/>
      </w:pPr>
      <w:r>
        <w:t>Súhrn</w:t>
      </w:r>
    </w:p>
    <w:p>
      <w:r>
        <w:t>Novartis oznámil akvizíciu biotechnologickej spoločnosti Excellergy. Predmetom akvizície sú anti-IgE terapie novej generácie, ktoré vyvíja Excellergy. Novartis zaplatí za Excellergy vopred 2 miliardy dolárov. Akvizícia posilní portfólio Novartisu v oblasti imunológie. Cieľom je vývoj inovatívnych terapií pre pacientov s IgE-sprostredkovanými ochoreniami. Transakcia podlieha obvyklým podmienkam uzatvorenia.</w:t>
      </w:r>
    </w:p>
    <w:p/>
    <w:p>
      <w:pPr>
        <w:jc w:val="center"/>
      </w:pPr>
      <w:r>
        <w:t>Vygenerované: 27.03.2026 13:01:42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