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Tento populárny doplnok môže zvýšiť riziko vrodených chýb, zistila štúdia</w:t>
      </w:r>
    </w:p>
    <w:p>
      <w:r>
        <w:t>Zdroj: ScienceDaily Health</w:t>
      </w:r>
    </w:p>
    <w:p>
      <w:r>
        <w:t>Publikované: Fri, 27 Mar 2026 08:41:19 EDT</w:t>
      </w:r>
    </w:p>
    <w:p/>
    <w:p>
      <w:pPr>
        <w:pStyle w:val="Heading1"/>
      </w:pPr>
      <w:r>
        <w:t>Súhrn</w:t>
      </w:r>
    </w:p>
    <w:p>
      <w:r>
        <w:t>Nová štúdia na myšiach naznačuje, že vysoké dávky antioxidantov, ako je NAC, môžu mať negatívny vplyv na budúce generácie. Samce myší, ktoré dostávali tieto doplnky, mali potomstvo s jemnými zmenami tváre a lebky. Zmeny sú pravdepodobne spojené so zmenami v DNA spermií otcov. Otcovia myší nevykazovali žiadne vonkajšie zdravotné problémy. Štúdia naznačuje potenciálne riziká spojené s nadmernou konzumáciou antioxidantov.</w:t>
      </w:r>
    </w:p>
    <w:p/>
    <w:p>
      <w:pPr>
        <w:jc w:val="center"/>
      </w:pPr>
      <w:r>
        <w:t>Vygenerované: 27.03.2026 14:00:37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