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Zlyhanie pečene vyvolané hypertyreózou s Wolff-Parkinson-White syndrómom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Tu je stručný súhrn kazuistiky: Článok popisuje prípad 53-ročného pacienta s hepatitídou B, ktorý bol prijatý do nemocnice so žltačkou, horúčkou a búšením srdca. Diagnostikovali mu zlyhanie pečene vyvolané hypertyreózou, komplikované Wolff-Parkinson-White syndrómom a pneumóniou. Pacient podstúpil výmenu plazmy, dostával hepatoprotektívne látky, transfúzie, lieky proti štítnej žľaze, antiarytmiká a antibiotiká. Na liečbu Wolff-Parkinson-White syndrómu bola vykonaná rádiofrekvenčná katétrová ablácia. Počas troch týždňov sa stav pacienta výrazne zlepšil. Po 52 dňoch bol prepustený a sledovanie potvrdilo úplné zotavenie. Včasná liečba hypertyreózy a ablácia boli účinné.</w:t>
      </w:r>
    </w:p>
    <w:p/>
    <w:p>
      <w:pPr>
        <w:jc w:val="center"/>
      </w:pPr>
      <w:r>
        <w:t>Vygenerované: 27.03.2026 15:00:30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