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Čo sa týka COVID Variant sa objavuje v 29 štátoch</w:t>
      </w:r>
    </w:p>
    <w:p>
      <w:r>
        <w:t>Zdroj: MedPage Today</w:t>
      </w:r>
    </w:p>
    <w:p>
      <w:r>
        <w:t>Publikované: Fri, 27 Mar 2026 09:59:05 -0400</w:t>
      </w:r>
    </w:p>
    <w:p/>
    <w:p>
      <w:pPr>
        <w:pStyle w:val="Heading1"/>
      </w:pPr>
      <w:r>
        <w:t>Súhrn</w:t>
      </w:r>
    </w:p>
    <w:p>
      <w:r>
        <w:t>Podľa správy CDC sa v USA objavil nový variant SARS-CoV-2, ktorý vykazuje schopnosť lepšie sa vyhýbať imunitným reakciám a odolávať protilátkam vyvolaným súčasnými vakcínami proti COVID-19. Tento variant bol prvýkrát zistený v USA a aktuálne sa nachádza v 29 štátoch. Napriek jeho prítomnosti v pomerne veľkom počte štátov, jeho celková prevalencia v USA zostáva nízka. CDC naďalej monitoruje situáciu a sleduje vývoj tohto variantu. Správa neuvádza podrobnosti o symptómoch alebo závažnosti ochorenia spojeného s týmto variantom.</w:t>
      </w:r>
    </w:p>
    <w:p/>
    <w:p>
      <w:pPr>
        <w:jc w:val="center"/>
      </w:pPr>
      <w:r>
        <w:t>Vygenerované: 27.03.2026 16:00:54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