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3 lekárske fakulty v štádiu vyšetrovania; 9 Chorý v ohnisku; 5-sekundové pravidlo na OR?</w:t>
      </w:r>
    </w:p>
    <w:p>
      <w:r>
        <w:t>Zdroj: MedPage Today</w:t>
      </w:r>
    </w:p>
    <w:p>
      <w:r>
        <w:t>Publikované: Fri, 27 Mar 2026 09:32:13 -0400</w:t>
      </w:r>
    </w:p>
    <w:p/>
    <w:p>
      <w:pPr>
        <w:pStyle w:val="Heading1"/>
      </w:pPr>
      <w:r>
        <w:t>Súhrn</w:t>
      </w:r>
    </w:p>
    <w:p>
      <w:r>
        <w:t>Tu je stručný, faktický súhrn článku v slovenčine: Tri lekárske fakulty sú v štádiu vyšetrovania. Deväť ľudí ochorelo v rámci vypuknutia choroby. Diskutuje sa o uplatnení "5-sekundového pravidla" v operačnej sále. Ministerstvo spravodlivosti začalo vyšetrovanie politiky prijímania na lekárskych fakultách Stanfordskej univerzity, Ohijskej univerzity a Kalifornskej univerzity. Vyšetrovanie sa zameriava na možné nekalé praktiky pri prijímaní študentov na tieto lekárske fakulty. Článok upozorňuje, že niektoré odkazy v texte môžu vyžadovať registráciu alebo predplatné.</w:t>
      </w:r>
    </w:p>
    <w:p/>
    <w:p>
      <w:pPr>
        <w:jc w:val="center"/>
      </w:pPr>
      <w:r>
        <w:t>Vygenerované: 27.03.2026 16:01:05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