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Vojna proti podvodom v zdravotníctve; Trendy dňa zápasu; Hib stúpa?</w:t>
      </w:r>
    </w:p>
    <w:p>
      <w:r>
        <w:t>Zdroj: MedPage Today</w:t>
      </w:r>
    </w:p>
    <w:p>
      <w:r>
        <w:t>Publikované: Fri, 27 Mar 2026 09:17:50 -0400</w:t>
      </w:r>
    </w:p>
    <w:p/>
    <w:p>
      <w:pPr>
        <w:pStyle w:val="Heading1"/>
      </w:pPr>
      <w:r>
        <w:t>Súhrn</w:t>
      </w:r>
    </w:p>
    <w:p>
      <w:r>
        <w:t>Stručný faktický súhrn článku v slovenčine: Článok sa venuje trom hlavným témam. Prvá téma je boj proti podvodom v rámci programu Medicare. Druhá téma sa zaoberá trendmi v deň zápisu na lekárske fakulty. Tretia téma sa pýta, či dochádza k nárastu výskytu ochorenia Hib. Článok neposkytuje žiadne konkrétne štatistiky či číselné údaje, iba všeobecne informuje o týchto troch zdravotníckych témach. Neobsahuje žiadne názory či špekulácie, iba faktické informácie.</w:t>
      </w:r>
    </w:p>
    <w:p/>
    <w:p>
      <w:pPr>
        <w:jc w:val="center"/>
      </w:pPr>
      <w:r>
        <w:t>Vygenerované: 27.03.2026 16:01:13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