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Darzalex spoločnosti J&amp;J získal prvé schválenie injekčného podávania rakoviny, ktoré si sami podávajú</w:t>
      </w:r>
    </w:p>
    <w:p>
      <w:r>
        <w:t>Zdroj: Pharmaceutical Technology</w:t>
      </w:r>
    </w:p>
    <w:p>
      <w:r>
        <w:t>Publikované: Fri, 27 Mar 2026 15:58:05 +0000</w:t>
      </w:r>
    </w:p>
    <w:p/>
    <w:p>
      <w:pPr>
        <w:pStyle w:val="Heading1"/>
      </w:pPr>
      <w:r>
        <w:t>Súhrn</w:t>
      </w:r>
    </w:p>
    <w:p>
      <w:r>
        <w:t>Spoločnosť Johnson &amp; Johnson (J&amp;J) získala schválenie pre Darzalex, liek na mnohopočetný myelóm, ktorý si pacienti môžu podávať sami injekčne. Ide o prvé schválenie injekčného lieku proti rakovine, ktorý je určený na samopodávanie. Analytici predpokladajú, že táto zmena by mohla zlepšiť dostupnosť lieku pre pacientov. Očakáva sa, že samopodávanie Darzalexu prispeje k jeho širšiemu využitiu v liečbe mnohopočetného myelómu.</w:t>
      </w:r>
    </w:p>
    <w:p/>
    <w:p>
      <w:pPr>
        <w:jc w:val="center"/>
      </w:pPr>
      <w:r>
        <w:t>Vygenerované: 27.03.2026 17:00:37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