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Štrajky: Streeting hrozí stiahnutím ďalších školiacich miest, ak rezidentní lekári odídu</w:t>
      </w:r>
    </w:p>
    <w:p>
      <w:r>
        <w:t>Zdroj: BMJ</w:t>
      </w:r>
    </w:p>
    <w:p>
      <w:r>
        <w:t>Publikované: 2026-03-27T08:56:58-07:00</w:t>
      </w:r>
    </w:p>
    <w:p/>
    <w:p>
      <w:pPr>
        <w:pStyle w:val="Heading1"/>
      </w:pPr>
      <w:r>
        <w:t>Súhrn</w:t>
      </w:r>
    </w:p>
    <w:p>
      <w:r>
        <w:t>Minister zdravotníctva Spojeného kráľovstva, Wes Streeting, pohrozil stiahnutím sľúbených mimoriadnych školiacich miest pre rezidentných lekárov v Anglicku, ak sa uskutoční plánovaný štrajk. Rezidentní lekári ohlásili šesťdňový štrajk od 7. apríla do 13. apríla kvôli pretrvávajúcemu sporu o platy s vládou. Lekársky výbor (RDC) odmietol poslednú ponuku vlády ako nedostatočnú. Vláda predtým sľúbila vytvoriť 1000 ďalších špecializovaných školiacich miest v priebehu troch rokov. Streetingova hrozba bola kritizovaná ako použitie potrebných školiacich miest ako vyjednávacieho prostriedku.</w:t>
      </w:r>
    </w:p>
    <w:p/>
    <w:p>
      <w:pPr>
        <w:jc w:val="center"/>
      </w:pPr>
      <w:r>
        <w:t>Vygenerované: 27.03.2026 18:00:39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