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Britský palestínsky lekár Rahmeh Aladwan je obvinený z podpory Hamasu</w:t>
      </w:r>
    </w:p>
    <w:p>
      <w:r>
        <w:t>Zdroj: BMJ</w:t>
      </w:r>
    </w:p>
    <w:p>
      <w:r>
        <w:t>Publikované: 2026-03-27T07:56:27-07:00</w:t>
      </w:r>
    </w:p>
    <w:p/>
    <w:p>
      <w:pPr>
        <w:pStyle w:val="Heading1"/>
      </w:pPr>
      <w:r>
        <w:t>Súhrn</w:t>
      </w:r>
    </w:p>
    <w:p>
      <w:r>
        <w:t>Britský palestínsky lekár Rahmeh Aladwan bol obvinený zo šiestich trestných činov. Štyri z nich sa týkajú pozývania na podporu organizácie Hamas, ktorá je v Spojenom kráľovstve zakázaná. Ďalšie dva trestné činy súvisia s podnecovaním rasovej nenávisti. Aladwan, lekár NHS, bol predtým dočasne vylúčený z lekárskeho registra kvôli údajným antisemitským vyjadreniam. Zatkli ju 26. marca za porušenie podmienok kaucie. Po obvinení bola prepustená na kauciu a má sa objaviť pred súdom Old Bailey v Londýne.</w:t>
      </w:r>
    </w:p>
    <w:p/>
    <w:p>
      <w:pPr>
        <w:jc w:val="center"/>
      </w:pPr>
      <w:r>
        <w:t>Vygenerované: 27.03.2026 18:00:47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