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Kyslíkové mixéry na prevenciu retinopatie nedonosených sú v Ugande vysoko nákladovo efektívne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Štúdia hodnotila nákladovú efektívnosť používania kyslíkových mixérov (OME) na prevenciu retinopatie nedonosených (ROP) v Ugande. Zistilo sa, že OME znižujú výskyt závažnej ROP, ktorá môže viesť k poškodeniu zraku. Náklady na prevenciu jedného prípadu vážneho poškodenia zraku spôsobeného ROP sa pohybujú od 25,55 do 543,99 USD. Používanie OME vedie k odvráteniu rokov života prispôsobených zdravotnému postihnutiu (DALY), pričom náklady na odvrátenie jedného DALY sa odhadujú na 4,97 – 104,98 USD. V porovnaní s prevenciou malárie sa OME považujú za nákladovo efektívny spôsob prevencie závažného poškodenia zraku u detí v Ugande. Základný odhad nákladov na odvrátený DALY je 32,60 USD. Implementácia OME predstavuje etický a humanitárny prínos.</w:t>
      </w:r>
    </w:p>
    <w:p/>
    <w:p>
      <w:pPr>
        <w:jc w:val="center"/>
      </w:pPr>
      <w:r>
        <w:t>Vygenerované: 27.03.2026 18:00:55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