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Keď použijem slovo. . . Terminológia halucinogénnych látok</w:t>
      </w:r>
    </w:p>
    <w:p>
      <w:r>
        <w:t>Zdroj: BMJ</w:t>
      </w:r>
    </w:p>
    <w:p>
      <w:r>
        <w:t>Publikované: 2026-03-27T10:32:46-07:00</w:t>
      </w:r>
    </w:p>
    <w:p/>
    <w:p>
      <w:pPr>
        <w:pStyle w:val="Heading1"/>
      </w:pPr>
      <w:r>
        <w:t>Súhrn</w:t>
      </w:r>
    </w:p>
    <w:p>
      <w:r>
        <w:t>Článok sa zaoberá etymológiou slova "halucinácia". Pôvod slova sa odvodzuje z latinského slovesa "alucinari", ktoré znamená túlať sa v mysli. Slovo "halucinovať" sa prvýkrát objavilo v angličtine v roku 1604 v slovníku Roberta Cawdreyho. Cawdrey definoval "halucinovať" ako "klamať alebo oslepovať". Neskôr sa slovo objavilo v slovníku Henryho Cockerama v roku 1623, opäť s významom "klamať". Článok sleduje vývoj slova "halucinovať" v raných anglických slovníkoch.</w:t>
      </w:r>
    </w:p>
    <w:p/>
    <w:p>
      <w:pPr>
        <w:jc w:val="center"/>
      </w:pPr>
      <w:r>
        <w:t>Vygenerované: 27.03.2026 21:00:29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