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Zrazu nemohol hovoriť vo vesmíre. Astronaut hovorí, že lekárske strašenie zostáva záhadou.</w:t>
      </w:r>
    </w:p>
    <w:p>
      <w:r>
        <w:t>Zdroj: MedPage Today</w:t>
      </w:r>
    </w:p>
    <w:p>
      <w:r>
        <w:t>Publikované: Fri, 27 Mar 2026 14:42:31 -0400</w:t>
      </w:r>
    </w:p>
    <w:p/>
    <w:p>
      <w:pPr>
        <w:pStyle w:val="Heading1"/>
      </w:pPr>
      <w:r>
        <w:t>Súhrn</w:t>
      </w:r>
    </w:p>
    <w:p>
      <w:r>
        <w:t>Astronaut Mike Fincke zažil na Medzinárodnej vesmírnej stanici náhly zdravotný problém, ktorý mu znemožnil hovoriť. Táto udalosť viedla k prvej lekárskej evakuácii NASA z vesmíru. Napriek lekárskym vyšetreniam po návrate na Zem, príčina jeho stavu zostáva pre lekárov neznáma. Fincke, skúsený astronaut so štyrmi vesmírnymi letmi, o tejto udalosti informoval verejnosť. NASA sa k prípadu zatiaľ nevyjadrila.</w:t>
      </w:r>
    </w:p>
    <w:p/>
    <w:p>
      <w:pPr>
        <w:jc w:val="center"/>
      </w:pPr>
      <w:r>
        <w:t>Vygenerované: 27.03.2026 21:00:37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