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Choroba mozgu po desaťročiach? Štúdia spája detskú chirurgiu s tvorbou amyloidu</w:t>
      </w:r>
    </w:p>
    <w:p>
      <w:r>
        <w:t>Zdroj: MedPage Today</w:t>
      </w:r>
    </w:p>
    <w:p>
      <w:r>
        <w:t>Publikované: Fri, 27 Mar 2026 16:02:48 -0400</w:t>
      </w:r>
    </w:p>
    <w:p/>
    <w:p>
      <w:pPr>
        <w:pStyle w:val="Heading1"/>
      </w:pPr>
      <w:r>
        <w:t>Súhrn</w:t>
      </w:r>
    </w:p>
    <w:p>
      <w:r>
        <w:t>Štúdia identifikovala dva prípady pacientov, u ktorých sa po desaťročiach od pediatrickej kardiochirurgickej operácie vyvinula skorá cerebrálna amyloidná angiopatia. Výskum naznačuje možný iatrogénny prenos beta-amyloidu počas operácie. Použitie kadaveróznych dura mater štepov mohlo prispieť k prenosu amyloidu. Štúdia poukazuje na potrebu ďalšieho výskumu potenciálnych rizík spojených s použitím biologických materiálov v chirurgii. Zistenia naznačujú, že detská chirurgia by mohla mať dlhodobé neurologické následky. Výskumníci zdôrazňujú dôležitosť monitorovania pacientov po chirurgických zákrokoch.</w:t>
      </w:r>
    </w:p>
    <w:p/>
    <w:p>
      <w:pPr>
        <w:jc w:val="center"/>
      </w:pPr>
      <w:r>
        <w:t>Vygenerované: 27.03.2026 22:00:38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