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Nová nádej na zacielenie neurotrofínov pri osteoartritíde?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Osteoartritída je vážne ochorenie, ktoré celosvetovo postihuje milióny ľudí, no donedávna nemala žiadnu licencovanú liečbu, ktorá by ochorenie modifikovala.[1] Dostupné lieky proti bolesti majú iba miernú účinnosť a spôsobujú značné vedľajšie účinky. Prelomovým objavom bol v roku 2010 vývoj monoklonálnej protilátky zameranej na nervový rastový faktor (NGF), ktorý sa považuje za najdôležitejší klinický pokrok v liečbe osteoartritídy od 60. rokov 20. storočia, keď sa začali používať chirurgické náhrady kĺbov. Táto anti-NGF protilátka dosiahla úroveň zmierňovania bolesti, ktorá prekonala všetky dovtedy licencované lieky proti bolesti pri osteoartritíde. Okrem účinnosti v liečbe bolesti prispela táto protilátka aj k lepšiemu pochopeniu mechanizmov, ktorými osteoartritída spôsobuje bolesť.</w:t>
      </w:r>
    </w:p>
    <w:p/>
    <w:p>
      <w:pPr>
        <w:jc w:val="center"/>
      </w:pPr>
      <w:r>
        <w:t>Vygenerované: 27.03.2026 01:00:40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