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Ďakujem štatistickým a odborným recenzentom The Lancet v roku 2025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Článok je komentár od Scotta Aaronsona s názvom „Ďakujem štatistickým a odborným recenzentom The Lancet v roku 2025“. Ide o poďakovanie štatistickým a odborným recenzentom časopisu The Lancet za ich prácu v roku 2025. Neobsahuje žiadne štatistiky, čísla ani výsledky štúdie. Text slúži výlučne na vyjadrenie vďaky za recenznú činnosť. Komentár je stručný a zameriava sa len na túto skutočnosť. Neuvádza mená recenzentov ani ďalšie detaily. Bol publikovaný ako súčasť periodických poďakovaní v časopise.</w:t>
      </w:r>
    </w:p>
    <w:p/>
    <w:p>
      <w:pPr>
        <w:jc w:val="center"/>
      </w:pPr>
      <w:r>
        <w:t>Vygenerované: 27.03.2026 01:01:39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