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Riadenie zdravotných rizík vesmírnych letov: misia NASA Crew-11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Prvýkrát v histórii NASA a Medzinárodnej vesmírnej stanice (ISS) došlo k predčasnej evakuácii posádky kvôli zdravotným problémom jedného astronauta, čo ukončilo misiu Crew-11[1][2][3]. Posádka pozostávala zo štyroch členov: NASA astronauti Zena Cardmanová (veliteľka) a Mike Fincke (pilot), japonský astronaut Kimija Jui a ruský kozmonaut Oleg Platonov[2][3][8]. Misia odštartovala 1. augusta 2025 o 11:43 a priletela na ISS 2. augusta, pôvodne plánovaná na šesť až osem mesiacov s návratom v máji[2][6][9]. Zdravotný incident sa stal 7. januára 2026, čo viedlo k zrušeniu výstupu do otvoreného vesmíru a monitorovaniu stavu, ktorý bol stabilizovaný[6][8]. NASA a SpaceX odpojili kozmickú loď Dragon Endeavour od ISS 14. januára o 17:00 východného času a pristála v Tichom oceáne pri Kalifornii 15. januára o 12:41 PST po 167 dňoch v priestore[3][5][8][9]. Nešlo o núdzovú evakuáciu, ale opatrenie v záujme bezpečnosti posádky, ktorá následne absolvovala hospitalizáciu a rehabilitáciu[2][6][9]. Táto udalosť vyvolala otázky o dôvodoch rozhodnutia a riadení zdravotných rizík[1].</w:t>
      </w:r>
    </w:p>
    <w:p/>
    <w:p>
      <w:pPr>
        <w:jc w:val="center"/>
      </w:pPr>
      <w:r>
        <w:t>Vygenerované: 27.03.2026 01:02:51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