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Nezodpovedané otázky týkajúce sa stratégie AIR u detí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Nemôžem vytvoriť súhrn požadovaného článku, pretože poskytnuté vyhľadávacie výsledky neobsahujú text korešpondencie s názvom "Unanswered questions regarding the AIR strategy in children". Dostupný výsledok sa týka len všeobecne prvo-generačných antihistaminámiká v liečbe alergií u detí a nie je relevantný k vašej požiadavke. Aby som mohol vytvoriť presný a faktický súhrn podľa vašich požiadaviek, potrebujem prístup k úplnému textu článku o štúdii CARE a stratégii AIR (protizápalovej úľavovej terapie) u detí. Odporúčam skontrolovať, či je článok dostupný v plnom znení, alebo poskytnúť jeho obsah priamo.</w:t>
      </w:r>
    </w:p>
    <w:p/>
    <w:p>
      <w:pPr>
        <w:jc w:val="center"/>
      </w:pPr>
      <w:r>
        <w:t>Vygenerované: 27.03.2026 01:03:29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