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Nezodpovedané otázky týkajúce sa stratégie AIR u detí – odpoveď autorov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Nemôžem vytvoriť súhrn požadovaného článku, pretože ste mi neposkytli jeho obsah. Vyhľadávacie výsledky, ktoré som dostal, neobsahujú článok s názvom "[Correspondence] Unanswered questions regarding the AIR strategy in children – Authors' reply". Aby som mohol vytvoriť presný a faktický súhrn podľa vašich požiadaviek, potrebujem: - Úplný text článku alebo jeho abstrakt - Alebo presný odkaz na článok - Alebo relevantné pasáže z článku Keď mi poskytnete článok, vytvorím stručný súhrn v slovenčine s 6-8 vetami obsahujúcimi len overené fakty bez špekulácií a názorů.</w:t>
      </w:r>
    </w:p>
    <w:p/>
    <w:p>
      <w:pPr>
        <w:jc w:val="center"/>
      </w:pPr>
      <w:r>
        <w:t>Vygenerované: 27.03.2026 01:03:40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